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70476" w14:textId="0DA9C0AD" w:rsidR="0033159C" w:rsidRDefault="0033159C" w:rsidP="007A5710">
      <w:pPr>
        <w:ind w:left="810"/>
      </w:pPr>
    </w:p>
    <w:p w14:paraId="23A30F11" w14:textId="77777777" w:rsidR="0033159C" w:rsidRDefault="00000000">
      <w:pPr>
        <w:jc w:val="center"/>
      </w:pPr>
      <w:r>
        <w:rPr>
          <w:b/>
          <w:color w:val="1B365D"/>
          <w:sz w:val="26"/>
        </w:rPr>
        <w:t>SLIP GAJI KARYAWAN</w:t>
      </w:r>
    </w:p>
    <w:p w14:paraId="4185BDBE" w14:textId="797E0076" w:rsidR="0033159C" w:rsidRDefault="00000000">
      <w:pPr>
        <w:spacing w:after="360"/>
        <w:jc w:val="center"/>
      </w:pPr>
      <w:proofErr w:type="spellStart"/>
      <w:r>
        <w:rPr>
          <w:i/>
        </w:rPr>
        <w:t>Periode</w:t>
      </w:r>
      <w:proofErr w:type="spellEnd"/>
      <w:r>
        <w:rPr>
          <w:i/>
        </w:rPr>
        <w:t xml:space="preserve">: </w:t>
      </w:r>
      <w:r w:rsidR="00C77212">
        <w:rPr>
          <w:i/>
        </w:rPr>
        <w:t>[</w:t>
      </w:r>
      <w:proofErr w:type="spellStart"/>
      <w:r w:rsidR="00C77212">
        <w:rPr>
          <w:i/>
        </w:rPr>
        <w:t>Periode</w:t>
      </w:r>
      <w:proofErr w:type="spellEnd"/>
      <w:r w:rsidR="00C77212">
        <w:rPr>
          <w:i/>
        </w:rPr>
        <w:t>]</w:t>
      </w: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33159C" w14:paraId="64F5ABC3" w14:textId="77777777" w:rsidTr="000C1B25">
        <w:tc>
          <w:tcPr>
            <w:tcW w:w="2484" w:type="dxa"/>
          </w:tcPr>
          <w:p w14:paraId="42CCEF33" w14:textId="77777777" w:rsidR="0033159C" w:rsidRDefault="00000000">
            <w:pPr>
              <w:spacing w:after="80"/>
            </w:pPr>
            <w:r>
              <w:rPr>
                <w:b/>
                <w:sz w:val="19"/>
              </w:rPr>
              <w:t>NIK</w:t>
            </w:r>
          </w:p>
        </w:tc>
        <w:tc>
          <w:tcPr>
            <w:tcW w:w="2484" w:type="dxa"/>
          </w:tcPr>
          <w:p w14:paraId="4B0154D0" w14:textId="6784645E" w:rsidR="0033159C" w:rsidRDefault="00000000">
            <w:pPr>
              <w:spacing w:after="80"/>
            </w:pPr>
            <w:r>
              <w:rPr>
                <w:sz w:val="19"/>
              </w:rPr>
              <w:t xml:space="preserve">: </w:t>
            </w:r>
            <w:r w:rsidR="00C77212">
              <w:rPr>
                <w:sz w:val="19"/>
              </w:rPr>
              <w:t>[NIK]</w:t>
            </w:r>
          </w:p>
        </w:tc>
        <w:tc>
          <w:tcPr>
            <w:tcW w:w="2484" w:type="dxa"/>
          </w:tcPr>
          <w:p w14:paraId="0D1F8EE0" w14:textId="77777777" w:rsidR="0033159C" w:rsidRDefault="00000000">
            <w:pPr>
              <w:spacing w:after="80"/>
            </w:pPr>
            <w:r>
              <w:rPr>
                <w:b/>
                <w:sz w:val="19"/>
              </w:rPr>
              <w:t>Departemen</w:t>
            </w:r>
          </w:p>
        </w:tc>
        <w:tc>
          <w:tcPr>
            <w:tcW w:w="2484" w:type="dxa"/>
          </w:tcPr>
          <w:p w14:paraId="0EB8DCA7" w14:textId="7272472F" w:rsidR="0033159C" w:rsidRDefault="00000000">
            <w:pPr>
              <w:spacing w:after="80"/>
            </w:pPr>
            <w:r>
              <w:rPr>
                <w:sz w:val="19"/>
              </w:rPr>
              <w:t xml:space="preserve">: </w:t>
            </w:r>
            <w:r w:rsidR="00C77212">
              <w:rPr>
                <w:sz w:val="19"/>
              </w:rPr>
              <w:t>[Departemen]</w:t>
            </w:r>
          </w:p>
        </w:tc>
      </w:tr>
      <w:tr w:rsidR="0033159C" w14:paraId="42E86B1D" w14:textId="77777777" w:rsidTr="000C1B25">
        <w:tc>
          <w:tcPr>
            <w:tcW w:w="2484" w:type="dxa"/>
          </w:tcPr>
          <w:p w14:paraId="3FCB416A" w14:textId="77777777" w:rsidR="0033159C" w:rsidRDefault="00000000">
            <w:pPr>
              <w:spacing w:after="80"/>
            </w:pPr>
            <w:r>
              <w:rPr>
                <w:b/>
                <w:sz w:val="19"/>
              </w:rPr>
              <w:t xml:space="preserve">Nama </w:t>
            </w:r>
            <w:proofErr w:type="spellStart"/>
            <w:r>
              <w:rPr>
                <w:b/>
                <w:sz w:val="19"/>
              </w:rPr>
              <w:t>Karyawan</w:t>
            </w:r>
            <w:proofErr w:type="spellEnd"/>
          </w:p>
        </w:tc>
        <w:tc>
          <w:tcPr>
            <w:tcW w:w="2484" w:type="dxa"/>
          </w:tcPr>
          <w:p w14:paraId="739956B9" w14:textId="362CFC9C" w:rsidR="0033159C" w:rsidRDefault="00000000">
            <w:pPr>
              <w:spacing w:after="80"/>
            </w:pPr>
            <w:r>
              <w:rPr>
                <w:sz w:val="19"/>
              </w:rPr>
              <w:t xml:space="preserve">: </w:t>
            </w:r>
            <w:r w:rsidR="00C77212">
              <w:rPr>
                <w:sz w:val="19"/>
              </w:rPr>
              <w:t xml:space="preserve">[Nama </w:t>
            </w:r>
            <w:proofErr w:type="spellStart"/>
            <w:r w:rsidR="00C77212">
              <w:rPr>
                <w:sz w:val="19"/>
              </w:rPr>
              <w:t>Karyawan</w:t>
            </w:r>
            <w:proofErr w:type="spellEnd"/>
            <w:r w:rsidR="00C77212">
              <w:rPr>
                <w:sz w:val="19"/>
              </w:rPr>
              <w:t>]</w:t>
            </w:r>
          </w:p>
        </w:tc>
        <w:tc>
          <w:tcPr>
            <w:tcW w:w="2484" w:type="dxa"/>
          </w:tcPr>
          <w:p w14:paraId="5CA0E187" w14:textId="77777777" w:rsidR="0033159C" w:rsidRDefault="00000000">
            <w:pPr>
              <w:spacing w:after="80"/>
            </w:pPr>
            <w:proofErr w:type="spellStart"/>
            <w:r>
              <w:rPr>
                <w:b/>
                <w:sz w:val="19"/>
              </w:rPr>
              <w:t>Jabatan</w:t>
            </w:r>
            <w:proofErr w:type="spellEnd"/>
          </w:p>
        </w:tc>
        <w:tc>
          <w:tcPr>
            <w:tcW w:w="2484" w:type="dxa"/>
          </w:tcPr>
          <w:p w14:paraId="22F8EEA8" w14:textId="4FCF8ADD" w:rsidR="0033159C" w:rsidRDefault="00000000">
            <w:pPr>
              <w:spacing w:after="80"/>
            </w:pPr>
            <w:r>
              <w:rPr>
                <w:sz w:val="19"/>
              </w:rPr>
              <w:t xml:space="preserve">: </w:t>
            </w:r>
            <w:r w:rsidR="00C77212">
              <w:rPr>
                <w:sz w:val="19"/>
              </w:rPr>
              <w:t>[</w:t>
            </w:r>
            <w:proofErr w:type="spellStart"/>
            <w:r w:rsidR="00C77212">
              <w:rPr>
                <w:sz w:val="19"/>
              </w:rPr>
              <w:t>Jabatan</w:t>
            </w:r>
            <w:proofErr w:type="spellEnd"/>
            <w:r w:rsidR="00C77212">
              <w:rPr>
                <w:sz w:val="19"/>
              </w:rPr>
              <w:t>]</w:t>
            </w:r>
          </w:p>
        </w:tc>
      </w:tr>
      <w:tr w:rsidR="0033159C" w14:paraId="02344281" w14:textId="77777777" w:rsidTr="000C1B25">
        <w:tc>
          <w:tcPr>
            <w:tcW w:w="2484" w:type="dxa"/>
          </w:tcPr>
          <w:p w14:paraId="69620755" w14:textId="77777777" w:rsidR="0033159C" w:rsidRDefault="00000000">
            <w:pPr>
              <w:spacing w:after="80"/>
            </w:pPr>
            <w:r>
              <w:rPr>
                <w:b/>
                <w:sz w:val="19"/>
              </w:rPr>
              <w:t xml:space="preserve">Status </w:t>
            </w:r>
            <w:proofErr w:type="spellStart"/>
            <w:r>
              <w:rPr>
                <w:b/>
                <w:sz w:val="19"/>
              </w:rPr>
              <w:t>Karyawan</w:t>
            </w:r>
            <w:proofErr w:type="spellEnd"/>
          </w:p>
        </w:tc>
        <w:tc>
          <w:tcPr>
            <w:tcW w:w="2484" w:type="dxa"/>
          </w:tcPr>
          <w:p w14:paraId="70C032E0" w14:textId="5C62A017" w:rsidR="0033159C" w:rsidRDefault="00000000">
            <w:pPr>
              <w:spacing w:after="80"/>
            </w:pPr>
            <w:r>
              <w:rPr>
                <w:sz w:val="19"/>
              </w:rPr>
              <w:t xml:space="preserve">: </w:t>
            </w:r>
            <w:r w:rsidR="00C77212">
              <w:rPr>
                <w:sz w:val="19"/>
              </w:rPr>
              <w:t xml:space="preserve">[Status </w:t>
            </w:r>
            <w:proofErr w:type="spellStart"/>
            <w:r w:rsidR="00C77212">
              <w:rPr>
                <w:sz w:val="19"/>
              </w:rPr>
              <w:t>Karyawan</w:t>
            </w:r>
            <w:proofErr w:type="spellEnd"/>
            <w:r w:rsidR="00C77212">
              <w:rPr>
                <w:sz w:val="19"/>
              </w:rPr>
              <w:t>]</w:t>
            </w:r>
          </w:p>
        </w:tc>
        <w:tc>
          <w:tcPr>
            <w:tcW w:w="2484" w:type="dxa"/>
          </w:tcPr>
          <w:p w14:paraId="186CA3E7" w14:textId="77777777" w:rsidR="0033159C" w:rsidRDefault="00000000">
            <w:pPr>
              <w:spacing w:after="80"/>
            </w:pPr>
            <w:proofErr w:type="spellStart"/>
            <w:r>
              <w:rPr>
                <w:b/>
                <w:sz w:val="19"/>
              </w:rPr>
              <w:t>Tanggal</w:t>
            </w:r>
            <w:proofErr w:type="spellEnd"/>
            <w:r>
              <w:rPr>
                <w:b/>
                <w:sz w:val="19"/>
              </w:rPr>
              <w:t xml:space="preserve"> Transfer</w:t>
            </w:r>
          </w:p>
        </w:tc>
        <w:tc>
          <w:tcPr>
            <w:tcW w:w="2484" w:type="dxa"/>
          </w:tcPr>
          <w:p w14:paraId="1AD89762" w14:textId="74943FFB" w:rsidR="0033159C" w:rsidRDefault="00000000">
            <w:pPr>
              <w:spacing w:after="80"/>
            </w:pPr>
            <w:r>
              <w:rPr>
                <w:sz w:val="19"/>
              </w:rPr>
              <w:t xml:space="preserve">: </w:t>
            </w:r>
            <w:r w:rsidR="00C77212">
              <w:rPr>
                <w:sz w:val="19"/>
              </w:rPr>
              <w:t>[</w:t>
            </w:r>
            <w:proofErr w:type="spellStart"/>
            <w:r w:rsidR="00C77212">
              <w:rPr>
                <w:sz w:val="19"/>
              </w:rPr>
              <w:t>Tgl</w:t>
            </w:r>
            <w:proofErr w:type="spellEnd"/>
            <w:r w:rsidR="00C77212">
              <w:rPr>
                <w:sz w:val="19"/>
              </w:rPr>
              <w:t xml:space="preserve"> Transfer]</w:t>
            </w:r>
          </w:p>
        </w:tc>
      </w:tr>
      <w:tr w:rsidR="0033159C" w14:paraId="78EA856E" w14:textId="77777777" w:rsidTr="000C1B25">
        <w:tc>
          <w:tcPr>
            <w:tcW w:w="2484" w:type="dxa"/>
          </w:tcPr>
          <w:p w14:paraId="29E7EF4F" w14:textId="77777777" w:rsidR="0033159C" w:rsidRDefault="00000000">
            <w:pPr>
              <w:spacing w:after="80"/>
            </w:pPr>
            <w:r>
              <w:rPr>
                <w:b/>
                <w:sz w:val="19"/>
              </w:rPr>
              <w:t xml:space="preserve">No. </w:t>
            </w:r>
            <w:proofErr w:type="spellStart"/>
            <w:r>
              <w:rPr>
                <w:b/>
                <w:sz w:val="19"/>
              </w:rPr>
              <w:t>Rekening</w:t>
            </w:r>
            <w:proofErr w:type="spellEnd"/>
          </w:p>
        </w:tc>
        <w:tc>
          <w:tcPr>
            <w:tcW w:w="2484" w:type="dxa"/>
          </w:tcPr>
          <w:p w14:paraId="41D47621" w14:textId="6A2F824F" w:rsidR="0033159C" w:rsidRDefault="00000000">
            <w:pPr>
              <w:spacing w:after="80"/>
            </w:pPr>
            <w:r>
              <w:rPr>
                <w:sz w:val="19"/>
              </w:rPr>
              <w:t xml:space="preserve">: </w:t>
            </w:r>
            <w:r w:rsidR="00C77212">
              <w:rPr>
                <w:sz w:val="19"/>
              </w:rPr>
              <w:t>[Bank]</w:t>
            </w:r>
            <w:r>
              <w:rPr>
                <w:sz w:val="19"/>
              </w:rPr>
              <w:t xml:space="preserve"> </w:t>
            </w:r>
            <w:r w:rsidR="00C77212">
              <w:rPr>
                <w:sz w:val="19"/>
              </w:rPr>
              <w:t>–</w:t>
            </w:r>
            <w:r>
              <w:rPr>
                <w:sz w:val="19"/>
              </w:rPr>
              <w:t xml:space="preserve"> </w:t>
            </w:r>
            <w:r w:rsidR="00C77212">
              <w:rPr>
                <w:sz w:val="19"/>
              </w:rPr>
              <w:t>[</w:t>
            </w:r>
            <w:proofErr w:type="spellStart"/>
            <w:r w:rsidR="00C77212">
              <w:rPr>
                <w:sz w:val="19"/>
              </w:rPr>
              <w:t>Rekening</w:t>
            </w:r>
            <w:proofErr w:type="spellEnd"/>
            <w:r w:rsidR="00C77212">
              <w:rPr>
                <w:sz w:val="19"/>
              </w:rPr>
              <w:t>]</w:t>
            </w:r>
          </w:p>
        </w:tc>
        <w:tc>
          <w:tcPr>
            <w:tcW w:w="2484" w:type="dxa"/>
          </w:tcPr>
          <w:p w14:paraId="0EC4A4F6" w14:textId="77777777" w:rsidR="0033159C" w:rsidRDefault="00000000">
            <w:pPr>
              <w:spacing w:after="80"/>
            </w:pPr>
            <w:r>
              <w:rPr>
                <w:b/>
                <w:sz w:val="19"/>
              </w:rPr>
              <w:t>NPWP</w:t>
            </w:r>
          </w:p>
        </w:tc>
        <w:tc>
          <w:tcPr>
            <w:tcW w:w="2484" w:type="dxa"/>
          </w:tcPr>
          <w:p w14:paraId="28F92418" w14:textId="376A58C9" w:rsidR="0033159C" w:rsidRDefault="00000000">
            <w:pPr>
              <w:spacing w:after="80"/>
            </w:pPr>
            <w:r>
              <w:rPr>
                <w:sz w:val="19"/>
              </w:rPr>
              <w:t xml:space="preserve">: </w:t>
            </w:r>
            <w:r w:rsidR="00C77212">
              <w:rPr>
                <w:sz w:val="19"/>
              </w:rPr>
              <w:t>[NPWP]</w:t>
            </w:r>
          </w:p>
        </w:tc>
      </w:tr>
    </w:tbl>
    <w:p w14:paraId="580DCF8F" w14:textId="77777777" w:rsidR="0033159C" w:rsidRDefault="0033159C">
      <w:pPr>
        <w:spacing w:before="240"/>
      </w:pPr>
    </w:p>
    <w:tbl>
      <w:tblPr>
        <w:tblW w:w="0" w:type="auto"/>
        <w:tblInd w:w="330" w:type="dxa"/>
        <w:tblBorders>
          <w:top w:val="single" w:sz="4" w:space="0" w:color="CCCCCC"/>
          <w:bottom w:val="single" w:sz="4" w:space="0" w:color="CCCCCC"/>
          <w:insideH w:val="single" w:sz="4" w:space="0" w:color="CCCCCC"/>
        </w:tblBorders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33159C" w14:paraId="34C2F143" w14:textId="77777777" w:rsidTr="00F04846">
        <w:tc>
          <w:tcPr>
            <w:tcW w:w="2484" w:type="dxa"/>
            <w:shd w:val="clear" w:color="auto" w:fill="1B365D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24E091DE" w14:textId="77777777" w:rsidR="0033159C" w:rsidRDefault="00000000">
            <w:r>
              <w:rPr>
                <w:b/>
                <w:color w:val="FFFFFF"/>
              </w:rPr>
              <w:t>PENGHASILAN (PENDAPATAN)</w:t>
            </w:r>
          </w:p>
        </w:tc>
        <w:tc>
          <w:tcPr>
            <w:tcW w:w="2484" w:type="dxa"/>
            <w:shd w:val="clear" w:color="auto" w:fill="1B365D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5648C139" w14:textId="77777777" w:rsidR="0033159C" w:rsidRDefault="00000000">
            <w:pPr>
              <w:jc w:val="right"/>
            </w:pPr>
            <w:r>
              <w:rPr>
                <w:b/>
                <w:color w:val="FFFFFF"/>
              </w:rPr>
              <w:t>JUMLAH</w:t>
            </w:r>
          </w:p>
        </w:tc>
        <w:tc>
          <w:tcPr>
            <w:tcW w:w="2484" w:type="dxa"/>
            <w:shd w:val="clear" w:color="auto" w:fill="1B365D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40297DCD" w14:textId="77777777" w:rsidR="0033159C" w:rsidRDefault="00000000">
            <w:r>
              <w:rPr>
                <w:b/>
                <w:color w:val="FFFFFF"/>
              </w:rPr>
              <w:t>POTONGAN</w:t>
            </w:r>
          </w:p>
        </w:tc>
        <w:tc>
          <w:tcPr>
            <w:tcW w:w="2484" w:type="dxa"/>
            <w:shd w:val="clear" w:color="auto" w:fill="1B365D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12CBF000" w14:textId="77777777" w:rsidR="0033159C" w:rsidRDefault="00000000">
            <w:pPr>
              <w:jc w:val="right"/>
            </w:pPr>
            <w:r>
              <w:rPr>
                <w:b/>
                <w:color w:val="FFFFFF"/>
              </w:rPr>
              <w:t>JUMLAH</w:t>
            </w:r>
          </w:p>
        </w:tc>
      </w:tr>
      <w:tr w:rsidR="0033159C" w14:paraId="7542473C" w14:textId="77777777" w:rsidTr="00F04846">
        <w:tc>
          <w:tcPr>
            <w:tcW w:w="24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AE7932" w14:textId="77777777" w:rsidR="0033159C" w:rsidRDefault="00000000">
            <w:proofErr w:type="spellStart"/>
            <w:r>
              <w:rPr>
                <w:sz w:val="19"/>
              </w:rPr>
              <w:t>Gaji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Pokok</w:t>
            </w:r>
            <w:proofErr w:type="spellEnd"/>
          </w:p>
        </w:tc>
        <w:tc>
          <w:tcPr>
            <w:tcW w:w="24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6C558D" w14:textId="5F2BA4C9" w:rsidR="0033159C" w:rsidRDefault="00000000">
            <w:pPr>
              <w:jc w:val="right"/>
            </w:pPr>
            <w:r>
              <w:rPr>
                <w:sz w:val="19"/>
              </w:rPr>
              <w:t xml:space="preserve">Rp </w:t>
            </w:r>
            <w:r w:rsidR="00C77212">
              <w:rPr>
                <w:sz w:val="19"/>
              </w:rPr>
              <w:t>[Gapok]</w:t>
            </w:r>
          </w:p>
        </w:tc>
        <w:tc>
          <w:tcPr>
            <w:tcW w:w="24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1AA24B" w14:textId="77777777" w:rsidR="0033159C" w:rsidRDefault="00000000">
            <w:proofErr w:type="spellStart"/>
            <w:r>
              <w:rPr>
                <w:sz w:val="19"/>
              </w:rPr>
              <w:t>PPh</w:t>
            </w:r>
            <w:proofErr w:type="spellEnd"/>
            <w:r>
              <w:rPr>
                <w:sz w:val="19"/>
              </w:rPr>
              <w:t xml:space="preserve"> 21 (Pajak)</w:t>
            </w:r>
          </w:p>
        </w:tc>
        <w:tc>
          <w:tcPr>
            <w:tcW w:w="24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D0E731" w14:textId="2DD7A62B" w:rsidR="0033159C" w:rsidRDefault="00000000">
            <w:pPr>
              <w:jc w:val="right"/>
            </w:pPr>
            <w:r>
              <w:rPr>
                <w:sz w:val="19"/>
              </w:rPr>
              <w:t xml:space="preserve">Rp </w:t>
            </w:r>
            <w:r w:rsidR="00C77212">
              <w:rPr>
                <w:sz w:val="19"/>
              </w:rPr>
              <w:t>[Pph21]</w:t>
            </w:r>
          </w:p>
        </w:tc>
      </w:tr>
      <w:tr w:rsidR="0033159C" w14:paraId="61C53908" w14:textId="77777777" w:rsidTr="00F04846">
        <w:tc>
          <w:tcPr>
            <w:tcW w:w="2484" w:type="dxa"/>
            <w:shd w:val="clear" w:color="auto" w:fill="F9FA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B3B7C5" w14:textId="77777777" w:rsidR="0033159C" w:rsidRDefault="00000000">
            <w:proofErr w:type="spellStart"/>
            <w:r>
              <w:rPr>
                <w:sz w:val="19"/>
              </w:rPr>
              <w:t>Tunjangan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Jabatan</w:t>
            </w:r>
            <w:proofErr w:type="spellEnd"/>
          </w:p>
        </w:tc>
        <w:tc>
          <w:tcPr>
            <w:tcW w:w="2484" w:type="dxa"/>
            <w:shd w:val="clear" w:color="auto" w:fill="F9FA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9DB47E" w14:textId="34DEAEE6" w:rsidR="0033159C" w:rsidRDefault="00000000">
            <w:pPr>
              <w:jc w:val="right"/>
            </w:pPr>
            <w:r>
              <w:rPr>
                <w:sz w:val="19"/>
              </w:rPr>
              <w:t xml:space="preserve">Rp </w:t>
            </w:r>
            <w:r w:rsidR="00C77212">
              <w:rPr>
                <w:sz w:val="19"/>
              </w:rPr>
              <w:t>[</w:t>
            </w:r>
            <w:proofErr w:type="spellStart"/>
            <w:r w:rsidR="00C77212">
              <w:rPr>
                <w:sz w:val="19"/>
              </w:rPr>
              <w:t>Tunj</w:t>
            </w:r>
            <w:proofErr w:type="spellEnd"/>
            <w:r w:rsidR="00C77212">
              <w:rPr>
                <w:sz w:val="19"/>
              </w:rPr>
              <w:t xml:space="preserve"> </w:t>
            </w:r>
            <w:proofErr w:type="spellStart"/>
            <w:r w:rsidR="00C77212">
              <w:rPr>
                <w:sz w:val="19"/>
              </w:rPr>
              <w:t>Jabatan</w:t>
            </w:r>
            <w:proofErr w:type="spellEnd"/>
            <w:r w:rsidR="00C77212">
              <w:rPr>
                <w:sz w:val="19"/>
              </w:rPr>
              <w:t>]</w:t>
            </w:r>
          </w:p>
        </w:tc>
        <w:tc>
          <w:tcPr>
            <w:tcW w:w="2484" w:type="dxa"/>
            <w:shd w:val="clear" w:color="auto" w:fill="F9FA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221AE4" w14:textId="77777777" w:rsidR="0033159C" w:rsidRDefault="00000000">
            <w:r>
              <w:rPr>
                <w:sz w:val="19"/>
              </w:rPr>
              <w:t>BPJS Kesehatan (1%)</w:t>
            </w:r>
          </w:p>
        </w:tc>
        <w:tc>
          <w:tcPr>
            <w:tcW w:w="2484" w:type="dxa"/>
            <w:shd w:val="clear" w:color="auto" w:fill="F9FA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6E83DB" w14:textId="3F266695" w:rsidR="0033159C" w:rsidRDefault="00000000">
            <w:pPr>
              <w:jc w:val="right"/>
            </w:pPr>
            <w:r>
              <w:rPr>
                <w:sz w:val="19"/>
              </w:rPr>
              <w:t xml:space="preserve">Rp </w:t>
            </w:r>
            <w:r w:rsidR="00C77212">
              <w:rPr>
                <w:sz w:val="19"/>
              </w:rPr>
              <w:t>[BPJS Kes]</w:t>
            </w:r>
          </w:p>
        </w:tc>
      </w:tr>
      <w:tr w:rsidR="0033159C" w14:paraId="6B2589FF" w14:textId="77777777" w:rsidTr="00F04846">
        <w:tc>
          <w:tcPr>
            <w:tcW w:w="24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29C4E4" w14:textId="77777777" w:rsidR="0033159C" w:rsidRDefault="00000000">
            <w:proofErr w:type="spellStart"/>
            <w:r>
              <w:rPr>
                <w:sz w:val="19"/>
              </w:rPr>
              <w:t>Tunjangan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Transportasi</w:t>
            </w:r>
            <w:proofErr w:type="spellEnd"/>
          </w:p>
        </w:tc>
        <w:tc>
          <w:tcPr>
            <w:tcW w:w="24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7348A0" w14:textId="6C76AF69" w:rsidR="0033159C" w:rsidRDefault="00000000">
            <w:pPr>
              <w:jc w:val="right"/>
            </w:pPr>
            <w:r>
              <w:rPr>
                <w:sz w:val="19"/>
              </w:rPr>
              <w:t xml:space="preserve">Rp </w:t>
            </w:r>
            <w:r w:rsidR="00C77212">
              <w:rPr>
                <w:sz w:val="19"/>
              </w:rPr>
              <w:t>[</w:t>
            </w:r>
            <w:proofErr w:type="spellStart"/>
            <w:r w:rsidR="00C77212">
              <w:rPr>
                <w:sz w:val="19"/>
              </w:rPr>
              <w:t>Tunj</w:t>
            </w:r>
            <w:proofErr w:type="spellEnd"/>
            <w:r w:rsidR="00C77212">
              <w:rPr>
                <w:sz w:val="19"/>
              </w:rPr>
              <w:t xml:space="preserve"> </w:t>
            </w:r>
            <w:proofErr w:type="spellStart"/>
            <w:r w:rsidR="00C77212">
              <w:rPr>
                <w:sz w:val="19"/>
              </w:rPr>
              <w:t>Transportasi</w:t>
            </w:r>
            <w:proofErr w:type="spellEnd"/>
            <w:r w:rsidR="00C77212">
              <w:rPr>
                <w:sz w:val="19"/>
              </w:rPr>
              <w:t>]</w:t>
            </w:r>
          </w:p>
        </w:tc>
        <w:tc>
          <w:tcPr>
            <w:tcW w:w="24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B60E3F" w14:textId="77777777" w:rsidR="0033159C" w:rsidRDefault="00000000">
            <w:r>
              <w:rPr>
                <w:sz w:val="19"/>
              </w:rPr>
              <w:t xml:space="preserve">BPJS </w:t>
            </w:r>
            <w:proofErr w:type="spellStart"/>
            <w:r>
              <w:rPr>
                <w:sz w:val="19"/>
              </w:rPr>
              <w:t>Ketenagakerjaan</w:t>
            </w:r>
            <w:proofErr w:type="spellEnd"/>
            <w:r>
              <w:rPr>
                <w:sz w:val="19"/>
              </w:rPr>
              <w:t xml:space="preserve"> (JHT 2%)</w:t>
            </w:r>
          </w:p>
        </w:tc>
        <w:tc>
          <w:tcPr>
            <w:tcW w:w="24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4D64EC" w14:textId="721157B3" w:rsidR="0033159C" w:rsidRDefault="00000000">
            <w:pPr>
              <w:jc w:val="right"/>
            </w:pPr>
            <w:r>
              <w:rPr>
                <w:sz w:val="19"/>
              </w:rPr>
              <w:t xml:space="preserve">Rp </w:t>
            </w:r>
            <w:r w:rsidR="00C77212">
              <w:rPr>
                <w:sz w:val="19"/>
              </w:rPr>
              <w:t>[BPJS Tk]</w:t>
            </w:r>
          </w:p>
        </w:tc>
      </w:tr>
      <w:tr w:rsidR="0033159C" w14:paraId="6570F356" w14:textId="77777777" w:rsidTr="00F04846">
        <w:tc>
          <w:tcPr>
            <w:tcW w:w="2484" w:type="dxa"/>
            <w:shd w:val="clear" w:color="auto" w:fill="F9FA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2BFACB" w14:textId="77777777" w:rsidR="0033159C" w:rsidRDefault="00000000">
            <w:proofErr w:type="spellStart"/>
            <w:r>
              <w:rPr>
                <w:sz w:val="19"/>
              </w:rPr>
              <w:t>Tunjangan</w:t>
            </w:r>
            <w:proofErr w:type="spellEnd"/>
            <w:r>
              <w:rPr>
                <w:sz w:val="19"/>
              </w:rPr>
              <w:t xml:space="preserve"> Makan</w:t>
            </w:r>
          </w:p>
        </w:tc>
        <w:tc>
          <w:tcPr>
            <w:tcW w:w="2484" w:type="dxa"/>
            <w:shd w:val="clear" w:color="auto" w:fill="F9FA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40FAAA" w14:textId="7C1DAF9C" w:rsidR="0033159C" w:rsidRDefault="00000000">
            <w:pPr>
              <w:jc w:val="right"/>
            </w:pPr>
            <w:r>
              <w:rPr>
                <w:sz w:val="19"/>
              </w:rPr>
              <w:t xml:space="preserve">Rp </w:t>
            </w:r>
            <w:r w:rsidR="00C77212">
              <w:rPr>
                <w:sz w:val="19"/>
              </w:rPr>
              <w:t>[</w:t>
            </w:r>
            <w:proofErr w:type="spellStart"/>
            <w:r w:rsidR="00C77212">
              <w:rPr>
                <w:sz w:val="19"/>
              </w:rPr>
              <w:t>Tun</w:t>
            </w:r>
            <w:r w:rsidR="00234DE0">
              <w:rPr>
                <w:sz w:val="19"/>
              </w:rPr>
              <w:t>j</w:t>
            </w:r>
            <w:proofErr w:type="spellEnd"/>
            <w:r w:rsidR="00C77212">
              <w:rPr>
                <w:sz w:val="19"/>
              </w:rPr>
              <w:t xml:space="preserve"> Makan]</w:t>
            </w:r>
          </w:p>
        </w:tc>
        <w:tc>
          <w:tcPr>
            <w:tcW w:w="2484" w:type="dxa"/>
            <w:shd w:val="clear" w:color="auto" w:fill="F9FA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DD1915" w14:textId="77777777" w:rsidR="0033159C" w:rsidRDefault="00000000">
            <w:proofErr w:type="spellStart"/>
            <w:r>
              <w:rPr>
                <w:sz w:val="19"/>
              </w:rPr>
              <w:t>Potongan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Keterlambatan</w:t>
            </w:r>
            <w:proofErr w:type="spellEnd"/>
          </w:p>
        </w:tc>
        <w:tc>
          <w:tcPr>
            <w:tcW w:w="2484" w:type="dxa"/>
            <w:shd w:val="clear" w:color="auto" w:fill="F9FA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1825DB" w14:textId="10BE1CEA" w:rsidR="0033159C" w:rsidRDefault="00000000">
            <w:pPr>
              <w:jc w:val="right"/>
            </w:pPr>
            <w:r>
              <w:rPr>
                <w:sz w:val="19"/>
              </w:rPr>
              <w:t xml:space="preserve">Rp </w:t>
            </w:r>
            <w:r w:rsidR="00C77212">
              <w:rPr>
                <w:sz w:val="19"/>
              </w:rPr>
              <w:t>[</w:t>
            </w:r>
            <w:proofErr w:type="spellStart"/>
            <w:r w:rsidR="00C77212">
              <w:rPr>
                <w:sz w:val="19"/>
              </w:rPr>
              <w:t>Potong</w:t>
            </w:r>
            <w:proofErr w:type="spellEnd"/>
            <w:r w:rsidR="00C77212">
              <w:rPr>
                <w:sz w:val="19"/>
              </w:rPr>
              <w:t xml:space="preserve"> </w:t>
            </w:r>
            <w:proofErr w:type="spellStart"/>
            <w:r w:rsidR="00C77212">
              <w:rPr>
                <w:sz w:val="19"/>
              </w:rPr>
              <w:t>Terlambat</w:t>
            </w:r>
            <w:proofErr w:type="spellEnd"/>
            <w:r w:rsidR="00C77212">
              <w:rPr>
                <w:sz w:val="19"/>
              </w:rPr>
              <w:t>]</w:t>
            </w:r>
          </w:p>
        </w:tc>
      </w:tr>
      <w:tr w:rsidR="0033159C" w14:paraId="105AEEB5" w14:textId="77777777" w:rsidTr="00F04846">
        <w:tc>
          <w:tcPr>
            <w:tcW w:w="24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340D99" w14:textId="77777777" w:rsidR="0033159C" w:rsidRDefault="00000000">
            <w:r>
              <w:rPr>
                <w:sz w:val="19"/>
              </w:rPr>
              <w:t xml:space="preserve">Bonus / </w:t>
            </w:r>
            <w:proofErr w:type="spellStart"/>
            <w:r>
              <w:rPr>
                <w:sz w:val="19"/>
              </w:rPr>
              <w:t>Insentif</w:t>
            </w:r>
            <w:proofErr w:type="spellEnd"/>
            <w:r>
              <w:rPr>
                <w:sz w:val="19"/>
              </w:rPr>
              <w:t xml:space="preserve"> Performa</w:t>
            </w:r>
          </w:p>
        </w:tc>
        <w:tc>
          <w:tcPr>
            <w:tcW w:w="24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FA7AE1" w14:textId="0AFF9FAA" w:rsidR="0033159C" w:rsidRDefault="00000000">
            <w:pPr>
              <w:jc w:val="right"/>
            </w:pPr>
            <w:r>
              <w:rPr>
                <w:sz w:val="19"/>
              </w:rPr>
              <w:t xml:space="preserve">Rp </w:t>
            </w:r>
            <w:r w:rsidR="00C77212">
              <w:rPr>
                <w:sz w:val="19"/>
              </w:rPr>
              <w:t>[</w:t>
            </w:r>
            <w:proofErr w:type="spellStart"/>
            <w:r w:rsidR="00C77212">
              <w:rPr>
                <w:sz w:val="19"/>
              </w:rPr>
              <w:t>Insentif</w:t>
            </w:r>
            <w:proofErr w:type="spellEnd"/>
            <w:r w:rsidR="00C77212">
              <w:rPr>
                <w:sz w:val="19"/>
              </w:rPr>
              <w:t>]</w:t>
            </w:r>
          </w:p>
        </w:tc>
        <w:tc>
          <w:tcPr>
            <w:tcW w:w="24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48CA7A" w14:textId="77777777" w:rsidR="0033159C" w:rsidRDefault="00000000">
            <w:r>
              <w:rPr>
                <w:sz w:val="19"/>
              </w:rPr>
              <w:t>-</w:t>
            </w:r>
          </w:p>
        </w:tc>
        <w:tc>
          <w:tcPr>
            <w:tcW w:w="24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8C81C4" w14:textId="77777777" w:rsidR="0033159C" w:rsidRDefault="00000000">
            <w:pPr>
              <w:jc w:val="right"/>
            </w:pPr>
            <w:r>
              <w:rPr>
                <w:sz w:val="19"/>
              </w:rPr>
              <w:t>-</w:t>
            </w:r>
          </w:p>
        </w:tc>
      </w:tr>
      <w:tr w:rsidR="0033159C" w14:paraId="32A51B2E" w14:textId="77777777" w:rsidTr="00F04846">
        <w:tc>
          <w:tcPr>
            <w:tcW w:w="2484" w:type="dxa"/>
            <w:shd w:val="clear" w:color="auto" w:fill="F9FA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845991" w14:textId="77777777" w:rsidR="0033159C" w:rsidRDefault="0033159C"/>
        </w:tc>
        <w:tc>
          <w:tcPr>
            <w:tcW w:w="2484" w:type="dxa"/>
            <w:shd w:val="clear" w:color="auto" w:fill="F9FA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6CD1E9" w14:textId="77777777" w:rsidR="0033159C" w:rsidRDefault="0033159C">
            <w:pPr>
              <w:jc w:val="right"/>
            </w:pPr>
          </w:p>
        </w:tc>
        <w:tc>
          <w:tcPr>
            <w:tcW w:w="2484" w:type="dxa"/>
            <w:shd w:val="clear" w:color="auto" w:fill="F9FA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BDC75D" w14:textId="77777777" w:rsidR="0033159C" w:rsidRDefault="0033159C"/>
        </w:tc>
        <w:tc>
          <w:tcPr>
            <w:tcW w:w="2484" w:type="dxa"/>
            <w:shd w:val="clear" w:color="auto" w:fill="F9FA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960E08" w14:textId="77777777" w:rsidR="0033159C" w:rsidRDefault="0033159C">
            <w:pPr>
              <w:jc w:val="right"/>
            </w:pPr>
          </w:p>
        </w:tc>
      </w:tr>
      <w:tr w:rsidR="0033159C" w14:paraId="15AD7694" w14:textId="77777777" w:rsidTr="00F04846">
        <w:tblPrEx>
          <w:tblBorders>
            <w:top w:val="single" w:sz="8" w:space="0" w:color="1B365D"/>
            <w:bottom w:val="single" w:sz="8" w:space="0" w:color="1B365D"/>
            <w:insideH w:val="single" w:sz="8" w:space="0" w:color="1B365D"/>
          </w:tblBorders>
        </w:tblPrEx>
        <w:tc>
          <w:tcPr>
            <w:tcW w:w="2484" w:type="dxa"/>
            <w:shd w:val="clear" w:color="auto" w:fill="E6EE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3107820" w14:textId="77777777" w:rsidR="0033159C" w:rsidRDefault="00000000">
            <w:r>
              <w:rPr>
                <w:b/>
                <w:color w:val="1B365D"/>
              </w:rPr>
              <w:t xml:space="preserve">Total </w:t>
            </w:r>
            <w:proofErr w:type="spellStart"/>
            <w:r>
              <w:rPr>
                <w:b/>
                <w:color w:val="1B365D"/>
              </w:rPr>
              <w:t>Penghasilan</w:t>
            </w:r>
            <w:proofErr w:type="spellEnd"/>
            <w:r>
              <w:rPr>
                <w:b/>
                <w:color w:val="1B365D"/>
              </w:rPr>
              <w:t xml:space="preserve"> (A)</w:t>
            </w:r>
          </w:p>
        </w:tc>
        <w:tc>
          <w:tcPr>
            <w:tcW w:w="2484" w:type="dxa"/>
            <w:shd w:val="clear" w:color="auto" w:fill="E6EE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9DD10E2" w14:textId="08E0E8AA" w:rsidR="0033159C" w:rsidRDefault="00000000">
            <w:pPr>
              <w:jc w:val="right"/>
            </w:pPr>
            <w:r>
              <w:rPr>
                <w:b/>
                <w:color w:val="1B365D"/>
              </w:rPr>
              <w:t xml:space="preserve">Rp </w:t>
            </w:r>
            <w:r w:rsidR="00C77212">
              <w:rPr>
                <w:b/>
                <w:color w:val="1B365D"/>
              </w:rPr>
              <w:t xml:space="preserve">[Total </w:t>
            </w:r>
            <w:proofErr w:type="spellStart"/>
            <w:r w:rsidR="00C77212">
              <w:rPr>
                <w:b/>
                <w:color w:val="1B365D"/>
              </w:rPr>
              <w:t>Penghasilan</w:t>
            </w:r>
            <w:proofErr w:type="spellEnd"/>
            <w:r w:rsidR="00C77212">
              <w:rPr>
                <w:b/>
                <w:color w:val="1B365D"/>
              </w:rPr>
              <w:t>]</w:t>
            </w:r>
          </w:p>
        </w:tc>
        <w:tc>
          <w:tcPr>
            <w:tcW w:w="2484" w:type="dxa"/>
            <w:shd w:val="clear" w:color="auto" w:fill="E6EE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0DD7CDB" w14:textId="77777777" w:rsidR="0033159C" w:rsidRDefault="00000000">
            <w:r>
              <w:rPr>
                <w:b/>
                <w:color w:val="1B365D"/>
              </w:rPr>
              <w:t xml:space="preserve">Total </w:t>
            </w:r>
            <w:proofErr w:type="spellStart"/>
            <w:r>
              <w:rPr>
                <w:b/>
                <w:color w:val="1B365D"/>
              </w:rPr>
              <w:t>Potongan</w:t>
            </w:r>
            <w:proofErr w:type="spellEnd"/>
            <w:r>
              <w:rPr>
                <w:b/>
                <w:color w:val="1B365D"/>
              </w:rPr>
              <w:t xml:space="preserve"> (B)</w:t>
            </w:r>
          </w:p>
        </w:tc>
        <w:tc>
          <w:tcPr>
            <w:tcW w:w="2484" w:type="dxa"/>
            <w:shd w:val="clear" w:color="auto" w:fill="E6EE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C0BA45D" w14:textId="207D3D5F" w:rsidR="0033159C" w:rsidRDefault="00000000">
            <w:pPr>
              <w:jc w:val="right"/>
            </w:pPr>
            <w:r>
              <w:rPr>
                <w:b/>
                <w:color w:val="1B365D"/>
              </w:rPr>
              <w:t xml:space="preserve">Rp </w:t>
            </w:r>
            <w:r w:rsidR="00C77212">
              <w:rPr>
                <w:b/>
                <w:color w:val="1B365D"/>
              </w:rPr>
              <w:t xml:space="preserve">[Total </w:t>
            </w:r>
            <w:proofErr w:type="spellStart"/>
            <w:r w:rsidR="00C77212">
              <w:rPr>
                <w:b/>
                <w:color w:val="1B365D"/>
              </w:rPr>
              <w:t>Potongan</w:t>
            </w:r>
            <w:proofErr w:type="spellEnd"/>
            <w:r w:rsidR="00C77212">
              <w:rPr>
                <w:b/>
                <w:color w:val="1B365D"/>
              </w:rPr>
              <w:t>]</w:t>
            </w:r>
          </w:p>
        </w:tc>
      </w:tr>
    </w:tbl>
    <w:p w14:paraId="3AAAC9BB" w14:textId="77777777" w:rsidR="0033159C" w:rsidRDefault="0033159C">
      <w:pPr>
        <w:spacing w:before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0"/>
        <w:gridCol w:w="4968"/>
      </w:tblGrid>
      <w:tr w:rsidR="0033159C" w14:paraId="36C14433" w14:textId="77777777" w:rsidTr="00F04846">
        <w:tc>
          <w:tcPr>
            <w:tcW w:w="5100" w:type="dxa"/>
            <w:shd w:val="clear" w:color="auto" w:fill="2E6F40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4509ED17" w14:textId="00823BD0" w:rsidR="0033159C" w:rsidRDefault="00000000" w:rsidP="00F04846">
            <w:pPr>
              <w:ind w:right="-240"/>
            </w:pPr>
            <w:r>
              <w:rPr>
                <w:b/>
                <w:color w:val="FFFFFF"/>
                <w:sz w:val="22"/>
              </w:rPr>
              <w:t>TAKE HOME PAY (</w:t>
            </w:r>
            <w:proofErr w:type="spellStart"/>
            <w:r>
              <w:rPr>
                <w:b/>
                <w:color w:val="FFFFFF"/>
                <w:sz w:val="22"/>
              </w:rPr>
              <w:t>Gaji</w:t>
            </w:r>
            <w:proofErr w:type="spellEnd"/>
            <w:r>
              <w:rPr>
                <w:b/>
                <w:color w:val="FFFFFF"/>
                <w:sz w:val="22"/>
              </w:rPr>
              <w:t xml:space="preserve"> </w:t>
            </w:r>
            <w:proofErr w:type="spellStart"/>
            <w:r>
              <w:rPr>
                <w:b/>
                <w:color w:val="FFFFFF"/>
                <w:sz w:val="22"/>
              </w:rPr>
              <w:t>Bersih</w:t>
            </w:r>
            <w:proofErr w:type="spellEnd"/>
            <w:r>
              <w:rPr>
                <w:b/>
                <w:color w:val="FFFFFF"/>
                <w:sz w:val="22"/>
              </w:rPr>
              <w:t xml:space="preserve"> Diterima = A -B)</w:t>
            </w:r>
          </w:p>
        </w:tc>
        <w:tc>
          <w:tcPr>
            <w:tcW w:w="4968" w:type="dxa"/>
            <w:shd w:val="clear" w:color="auto" w:fill="2E6F40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28D96340" w14:textId="52F5C24B" w:rsidR="0033159C" w:rsidRDefault="00000000">
            <w:pPr>
              <w:jc w:val="right"/>
            </w:pPr>
            <w:r>
              <w:rPr>
                <w:b/>
                <w:color w:val="FFFFFF"/>
                <w:sz w:val="26"/>
              </w:rPr>
              <w:t xml:space="preserve">Rp </w:t>
            </w:r>
            <w:r w:rsidR="004D71AA">
              <w:rPr>
                <w:b/>
                <w:color w:val="FFFFFF"/>
                <w:sz w:val="26"/>
              </w:rPr>
              <w:t>[THP]</w:t>
            </w:r>
          </w:p>
        </w:tc>
      </w:tr>
    </w:tbl>
    <w:p w14:paraId="13D3D515" w14:textId="089A1AAD" w:rsidR="000C1B25" w:rsidRDefault="00000000" w:rsidP="007A5710">
      <w:pPr>
        <w:spacing w:after="0"/>
        <w:rPr>
          <w:i/>
          <w:color w:val="444444"/>
          <w:sz w:val="19"/>
        </w:rPr>
      </w:pPr>
      <w:proofErr w:type="spellStart"/>
      <w:r>
        <w:rPr>
          <w:i/>
          <w:color w:val="444444"/>
          <w:sz w:val="19"/>
        </w:rPr>
        <w:t>Terbilang</w:t>
      </w:r>
      <w:proofErr w:type="spellEnd"/>
      <w:r>
        <w:rPr>
          <w:i/>
          <w:color w:val="444444"/>
          <w:sz w:val="19"/>
        </w:rPr>
        <w:t xml:space="preserve">: # </w:t>
      </w:r>
      <w:r w:rsidR="00F04846">
        <w:rPr>
          <w:i/>
          <w:color w:val="444444"/>
          <w:sz w:val="19"/>
        </w:rPr>
        <w:t>[</w:t>
      </w:r>
      <w:proofErr w:type="spellStart"/>
      <w:r w:rsidR="00F04846">
        <w:rPr>
          <w:i/>
          <w:color w:val="444444"/>
          <w:sz w:val="19"/>
        </w:rPr>
        <w:t>Terbilang</w:t>
      </w:r>
      <w:proofErr w:type="spellEnd"/>
      <w:r w:rsidR="00F04846">
        <w:rPr>
          <w:i/>
          <w:color w:val="444444"/>
          <w:sz w:val="19"/>
        </w:rPr>
        <w:t>]</w:t>
      </w:r>
      <w:r>
        <w:rPr>
          <w:i/>
          <w:color w:val="444444"/>
          <w:sz w:val="19"/>
        </w:rPr>
        <w:t xml:space="preserve"> #</w:t>
      </w:r>
    </w:p>
    <w:p w14:paraId="54DF55D5" w14:textId="77777777" w:rsidR="007A5710" w:rsidRPr="007A5710" w:rsidRDefault="007A5710" w:rsidP="007A5710">
      <w:pPr>
        <w:spacing w:after="0" w:line="240" w:lineRule="auto"/>
        <w:rPr>
          <w:i/>
          <w:color w:val="444444"/>
          <w:sz w:val="19"/>
        </w:rPr>
      </w:pPr>
      <w:r w:rsidRPr="007A5710">
        <w:rPr>
          <w:i/>
          <w:color w:val="444444"/>
          <w:sz w:val="19"/>
        </w:rPr>
        <w:t>Analytics for marketing specialists and digital analysts</w:t>
      </w:r>
    </w:p>
    <w:p w14:paraId="2270508A" w14:textId="16ECBC40" w:rsidR="007A5710" w:rsidRDefault="007A5710" w:rsidP="007A5710">
      <w:pPr>
        <w:spacing w:after="0" w:line="240" w:lineRule="auto"/>
        <w:rPr>
          <w:i/>
          <w:color w:val="444444"/>
          <w:sz w:val="19"/>
        </w:rPr>
      </w:pPr>
      <w:r w:rsidRPr="007A5710">
        <w:rPr>
          <w:i/>
          <w:color w:val="444444"/>
          <w:sz w:val="19"/>
        </w:rPr>
        <w:t>For marketers or data analysts looking to explore Google Analytics, including advanced features and capabilities.</w:t>
      </w:r>
    </w:p>
    <w:p w14:paraId="6248D97B" w14:textId="77777777" w:rsidR="007A5710" w:rsidRDefault="007A5710" w:rsidP="007A5710">
      <w:pPr>
        <w:spacing w:after="0" w:line="240" w:lineRule="auto"/>
        <w:rPr>
          <w:i/>
          <w:color w:val="444444"/>
          <w:sz w:val="19"/>
        </w:rPr>
      </w:pPr>
    </w:p>
    <w:p w14:paraId="12C4A8A8" w14:textId="77777777" w:rsidR="007A5710" w:rsidRPr="007A5710" w:rsidRDefault="007A5710" w:rsidP="007A5710">
      <w:pPr>
        <w:spacing w:after="0" w:line="240" w:lineRule="auto"/>
        <w:rPr>
          <w:i/>
          <w:color w:val="444444"/>
          <w:sz w:val="19"/>
        </w:rPr>
      </w:pPr>
      <w:r w:rsidRPr="007A5710">
        <w:rPr>
          <w:i/>
          <w:color w:val="444444"/>
          <w:sz w:val="19"/>
        </w:rPr>
        <w:t>Analytics for beginners and small businesses</w:t>
      </w:r>
    </w:p>
    <w:p w14:paraId="3738AA26" w14:textId="1D86E54A" w:rsidR="007A5710" w:rsidRDefault="007A5710" w:rsidP="007A5710">
      <w:pPr>
        <w:spacing w:after="0" w:line="240" w:lineRule="auto"/>
        <w:rPr>
          <w:i/>
          <w:color w:val="444444"/>
          <w:sz w:val="19"/>
        </w:rPr>
      </w:pPr>
      <w:r w:rsidRPr="007A5710">
        <w:rPr>
          <w:i/>
          <w:color w:val="444444"/>
          <w:sz w:val="19"/>
        </w:rPr>
        <w:t>For anyone who's new to Google Analytics or simply needs to understand its fundamentals.</w:t>
      </w:r>
    </w:p>
    <w:p w14:paraId="1B934BA6" w14:textId="77777777" w:rsidR="007A5710" w:rsidRDefault="007A5710" w:rsidP="007A5710">
      <w:pPr>
        <w:spacing w:after="0" w:line="240" w:lineRule="auto"/>
        <w:rPr>
          <w:i/>
          <w:color w:val="444444"/>
          <w:sz w:val="19"/>
        </w:rPr>
      </w:pPr>
    </w:p>
    <w:p w14:paraId="1CF4479C" w14:textId="77777777" w:rsidR="007A5710" w:rsidRPr="007A5710" w:rsidRDefault="007A5710" w:rsidP="007A5710">
      <w:pPr>
        <w:spacing w:after="0" w:line="240" w:lineRule="auto"/>
        <w:rPr>
          <w:i/>
          <w:color w:val="444444"/>
          <w:sz w:val="19"/>
        </w:rPr>
      </w:pPr>
      <w:r w:rsidRPr="007A5710">
        <w:rPr>
          <w:i/>
          <w:color w:val="444444"/>
          <w:sz w:val="19"/>
        </w:rPr>
        <w:t>Analytics for beginners and small businesses</w:t>
      </w:r>
    </w:p>
    <w:p w14:paraId="674041F6" w14:textId="626BF3D3" w:rsidR="007A5710" w:rsidRDefault="007A5710" w:rsidP="007A5710">
      <w:pPr>
        <w:spacing w:after="0" w:line="240" w:lineRule="auto"/>
        <w:rPr>
          <w:i/>
          <w:color w:val="444444"/>
          <w:sz w:val="19"/>
        </w:rPr>
      </w:pPr>
      <w:r w:rsidRPr="007A5710">
        <w:rPr>
          <w:i/>
          <w:color w:val="444444"/>
          <w:sz w:val="19"/>
        </w:rPr>
        <w:t>For anyone who's new to Google Analytics or simply needs to understand its fundamentals.</w:t>
      </w:r>
    </w:p>
    <w:p w14:paraId="5F89F988" w14:textId="77777777" w:rsidR="007A5710" w:rsidRDefault="007A5710" w:rsidP="007A5710">
      <w:pPr>
        <w:spacing w:after="0" w:line="240" w:lineRule="auto"/>
        <w:rPr>
          <w:i/>
          <w:color w:val="444444"/>
          <w:sz w:val="19"/>
        </w:rPr>
      </w:pPr>
    </w:p>
    <w:p w14:paraId="1238223B" w14:textId="77777777" w:rsidR="007A5710" w:rsidRPr="007A5710" w:rsidRDefault="007A5710" w:rsidP="007A5710">
      <w:pPr>
        <w:spacing w:after="0" w:line="240" w:lineRule="auto"/>
        <w:rPr>
          <w:i/>
          <w:color w:val="444444"/>
          <w:sz w:val="19"/>
        </w:rPr>
      </w:pPr>
      <w:r w:rsidRPr="007A5710">
        <w:rPr>
          <w:i/>
          <w:color w:val="444444"/>
          <w:sz w:val="19"/>
        </w:rPr>
        <w:t>Analytics for beginners and small businesses</w:t>
      </w:r>
    </w:p>
    <w:p w14:paraId="0E55F891" w14:textId="0E85EA15" w:rsidR="007A5710" w:rsidRDefault="007A5710" w:rsidP="007A5710">
      <w:pPr>
        <w:spacing w:after="0" w:line="240" w:lineRule="auto"/>
        <w:rPr>
          <w:i/>
          <w:color w:val="444444"/>
          <w:sz w:val="19"/>
        </w:rPr>
      </w:pPr>
      <w:r w:rsidRPr="007A5710">
        <w:rPr>
          <w:i/>
          <w:color w:val="444444"/>
          <w:sz w:val="19"/>
        </w:rPr>
        <w:t>For anyone who's new to Google Analytics or simply needs to understand its fundamentals.</w:t>
      </w:r>
    </w:p>
    <w:p w14:paraId="4F7E5714" w14:textId="2DF2B8AF" w:rsidR="007A5710" w:rsidRDefault="007A5710" w:rsidP="007A5710">
      <w:pPr>
        <w:spacing w:after="0" w:line="240" w:lineRule="auto"/>
        <w:rPr>
          <w:i/>
          <w:color w:val="444444"/>
          <w:sz w:val="19"/>
        </w:rPr>
      </w:pPr>
    </w:p>
    <w:p w14:paraId="64A993A4" w14:textId="2ACB9F0D" w:rsidR="007A5710" w:rsidRDefault="007A5710" w:rsidP="007A5710">
      <w:pPr>
        <w:spacing w:after="0" w:line="240" w:lineRule="auto"/>
        <w:rPr>
          <w:i/>
          <w:color w:val="444444"/>
          <w:sz w:val="19"/>
        </w:rPr>
      </w:pPr>
    </w:p>
    <w:p w14:paraId="70661DD2" w14:textId="47E6014E" w:rsidR="007A5710" w:rsidRPr="007A5710" w:rsidRDefault="007A5710" w:rsidP="007A5710">
      <w:pPr>
        <w:spacing w:after="0" w:line="240" w:lineRule="auto"/>
        <w:rPr>
          <w:i/>
          <w:color w:val="444444"/>
          <w:sz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8"/>
        <w:gridCol w:w="4968"/>
      </w:tblGrid>
      <w:tr w:rsidR="0033159C" w14:paraId="748890B9" w14:textId="77777777">
        <w:trPr>
          <w:jc w:val="center"/>
        </w:trPr>
        <w:tc>
          <w:tcPr>
            <w:tcW w:w="4968" w:type="dxa"/>
          </w:tcPr>
          <w:p w14:paraId="63F1204E" w14:textId="6BA8B590" w:rsidR="0033159C" w:rsidRDefault="00000000">
            <w:pPr>
              <w:jc w:val="center"/>
            </w:pPr>
            <w:proofErr w:type="spellStart"/>
            <w:r>
              <w:t>Penerima</w:t>
            </w:r>
            <w:proofErr w:type="spellEnd"/>
            <w:r>
              <w:t xml:space="preserve"> </w:t>
            </w:r>
            <w:proofErr w:type="spellStart"/>
            <w:r w:rsidR="000C1B25">
              <w:t>Gaji</w:t>
            </w:r>
            <w:proofErr w:type="spellEnd"/>
            <w:r>
              <w:t>,</w:t>
            </w:r>
          </w:p>
        </w:tc>
        <w:tc>
          <w:tcPr>
            <w:tcW w:w="4968" w:type="dxa"/>
          </w:tcPr>
          <w:p w14:paraId="6811E36D" w14:textId="5DCCF87B" w:rsidR="001B7652" w:rsidRDefault="007A522D" w:rsidP="001B7652">
            <w:pPr>
              <w:spacing w:after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A1D1A62" wp14:editId="01B33B31">
                  <wp:simplePos x="0" y="0"/>
                  <wp:positionH relativeFrom="column">
                    <wp:posOffset>1119505</wp:posOffset>
                  </wp:positionH>
                  <wp:positionV relativeFrom="paragraph">
                    <wp:posOffset>82550</wp:posOffset>
                  </wp:positionV>
                  <wp:extent cx="1419860" cy="1574800"/>
                  <wp:effectExtent l="0" t="0" r="8890" b="6350"/>
                  <wp:wrapNone/>
                  <wp:docPr id="20696573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657389" name="Picture 20696573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86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t xml:space="preserve">Jakarta, </w:t>
            </w:r>
            <w:r w:rsidR="000C1B25">
              <w:t>[</w:t>
            </w:r>
            <w:proofErr w:type="spellStart"/>
            <w:r w:rsidR="000C1B25">
              <w:t>Tgl</w:t>
            </w:r>
            <w:proofErr w:type="spellEnd"/>
            <w:r w:rsidR="000C1B25">
              <w:t xml:space="preserve"> Transfer]</w:t>
            </w:r>
          </w:p>
          <w:p w14:paraId="34712AED" w14:textId="54875D44" w:rsidR="0033159C" w:rsidRDefault="00000000" w:rsidP="001B7652">
            <w:pPr>
              <w:spacing w:after="0"/>
              <w:jc w:val="center"/>
            </w:pPr>
            <w:r>
              <w:t>HR Department,</w:t>
            </w:r>
          </w:p>
        </w:tc>
      </w:tr>
      <w:tr w:rsidR="0033159C" w14:paraId="4F1B21FF" w14:textId="77777777">
        <w:trPr>
          <w:jc w:val="center"/>
        </w:trPr>
        <w:tc>
          <w:tcPr>
            <w:tcW w:w="4968" w:type="dxa"/>
          </w:tcPr>
          <w:p w14:paraId="3625061D" w14:textId="463F7F02" w:rsidR="0033159C" w:rsidRDefault="0033159C">
            <w:pPr>
              <w:spacing w:before="900"/>
              <w:jc w:val="center"/>
            </w:pPr>
          </w:p>
        </w:tc>
        <w:tc>
          <w:tcPr>
            <w:tcW w:w="4968" w:type="dxa"/>
          </w:tcPr>
          <w:p w14:paraId="45685895" w14:textId="77777777" w:rsidR="0033159C" w:rsidRDefault="0033159C">
            <w:pPr>
              <w:spacing w:before="900"/>
              <w:jc w:val="center"/>
            </w:pPr>
          </w:p>
        </w:tc>
      </w:tr>
      <w:tr w:rsidR="0033159C" w14:paraId="53FA1EB2" w14:textId="77777777">
        <w:trPr>
          <w:jc w:val="center"/>
        </w:trPr>
        <w:tc>
          <w:tcPr>
            <w:tcW w:w="4968" w:type="dxa"/>
          </w:tcPr>
          <w:p w14:paraId="5EF4139E" w14:textId="61DA9BBA" w:rsidR="0033159C" w:rsidRDefault="004D71AA">
            <w:pPr>
              <w:jc w:val="center"/>
            </w:pPr>
            <w:r>
              <w:rPr>
                <w:b/>
              </w:rPr>
              <w:t xml:space="preserve">[Nama </w:t>
            </w:r>
            <w:proofErr w:type="spellStart"/>
            <w:r>
              <w:rPr>
                <w:b/>
              </w:rPr>
              <w:t>Karyawan</w:t>
            </w:r>
            <w:proofErr w:type="spellEnd"/>
            <w:r>
              <w:rPr>
                <w:b/>
              </w:rPr>
              <w:t>]</w:t>
            </w:r>
          </w:p>
        </w:tc>
        <w:tc>
          <w:tcPr>
            <w:tcW w:w="4968" w:type="dxa"/>
          </w:tcPr>
          <w:p w14:paraId="54A18863" w14:textId="46188E2B" w:rsidR="0033159C" w:rsidRDefault="000C1B25">
            <w:pPr>
              <w:jc w:val="center"/>
            </w:pPr>
            <w:r>
              <w:rPr>
                <w:b/>
              </w:rPr>
              <w:t>[HRD]</w:t>
            </w:r>
          </w:p>
        </w:tc>
      </w:tr>
    </w:tbl>
    <w:p w14:paraId="3D787F9C" w14:textId="0EA28659" w:rsidR="0033159C" w:rsidRDefault="00000000">
      <w:pPr>
        <w:spacing w:before="600"/>
      </w:pPr>
      <w:proofErr w:type="spellStart"/>
      <w:r>
        <w:rPr>
          <w:i/>
          <w:color w:val="888888"/>
          <w:sz w:val="17"/>
        </w:rPr>
        <w:t>Catatan</w:t>
      </w:r>
      <w:proofErr w:type="spellEnd"/>
      <w:r>
        <w:rPr>
          <w:i/>
          <w:color w:val="888888"/>
          <w:sz w:val="17"/>
        </w:rPr>
        <w:t xml:space="preserve">: Slip </w:t>
      </w:r>
      <w:proofErr w:type="spellStart"/>
      <w:r>
        <w:rPr>
          <w:i/>
          <w:color w:val="888888"/>
          <w:sz w:val="17"/>
        </w:rPr>
        <w:t>gaji</w:t>
      </w:r>
      <w:proofErr w:type="spellEnd"/>
      <w:r>
        <w:rPr>
          <w:i/>
          <w:color w:val="888888"/>
          <w:sz w:val="17"/>
        </w:rPr>
        <w:t xml:space="preserve"> </w:t>
      </w:r>
      <w:proofErr w:type="spellStart"/>
      <w:r>
        <w:rPr>
          <w:i/>
          <w:color w:val="888888"/>
          <w:sz w:val="17"/>
        </w:rPr>
        <w:t>ini</w:t>
      </w:r>
      <w:proofErr w:type="spellEnd"/>
      <w:r>
        <w:rPr>
          <w:i/>
          <w:color w:val="888888"/>
          <w:sz w:val="17"/>
        </w:rPr>
        <w:t xml:space="preserve"> </w:t>
      </w:r>
      <w:proofErr w:type="spellStart"/>
      <w:r>
        <w:rPr>
          <w:i/>
          <w:color w:val="888888"/>
          <w:sz w:val="17"/>
        </w:rPr>
        <w:t>bersifat</w:t>
      </w:r>
      <w:proofErr w:type="spellEnd"/>
      <w:r>
        <w:rPr>
          <w:i/>
          <w:color w:val="888888"/>
          <w:sz w:val="17"/>
        </w:rPr>
        <w:t xml:space="preserve"> </w:t>
      </w:r>
      <w:proofErr w:type="spellStart"/>
      <w:r>
        <w:rPr>
          <w:i/>
          <w:color w:val="888888"/>
          <w:sz w:val="17"/>
        </w:rPr>
        <w:t>rahasia</w:t>
      </w:r>
      <w:proofErr w:type="spellEnd"/>
      <w:r>
        <w:rPr>
          <w:i/>
          <w:color w:val="888888"/>
          <w:sz w:val="17"/>
        </w:rPr>
        <w:t xml:space="preserve"> (CONFIDENTIAL). Segala </w:t>
      </w:r>
      <w:proofErr w:type="spellStart"/>
      <w:r>
        <w:rPr>
          <w:i/>
          <w:color w:val="888888"/>
          <w:sz w:val="17"/>
        </w:rPr>
        <w:t>bentuk</w:t>
      </w:r>
      <w:proofErr w:type="spellEnd"/>
      <w:r>
        <w:rPr>
          <w:i/>
          <w:color w:val="888888"/>
          <w:sz w:val="17"/>
        </w:rPr>
        <w:t xml:space="preserve"> </w:t>
      </w:r>
      <w:proofErr w:type="spellStart"/>
      <w:r>
        <w:rPr>
          <w:i/>
          <w:color w:val="888888"/>
          <w:sz w:val="17"/>
        </w:rPr>
        <w:t>informasi</w:t>
      </w:r>
      <w:proofErr w:type="spellEnd"/>
      <w:r>
        <w:rPr>
          <w:i/>
          <w:color w:val="888888"/>
          <w:sz w:val="17"/>
        </w:rPr>
        <w:t xml:space="preserve"> </w:t>
      </w:r>
      <w:proofErr w:type="spellStart"/>
      <w:r>
        <w:rPr>
          <w:i/>
          <w:color w:val="888888"/>
          <w:sz w:val="17"/>
        </w:rPr>
        <w:t>keuangan</w:t>
      </w:r>
      <w:proofErr w:type="spellEnd"/>
      <w:r>
        <w:rPr>
          <w:i/>
          <w:color w:val="888888"/>
          <w:sz w:val="17"/>
        </w:rPr>
        <w:t xml:space="preserve"> di </w:t>
      </w:r>
      <w:proofErr w:type="spellStart"/>
      <w:r>
        <w:rPr>
          <w:i/>
          <w:color w:val="888888"/>
          <w:sz w:val="17"/>
        </w:rPr>
        <w:t>dalamnya</w:t>
      </w:r>
      <w:proofErr w:type="spellEnd"/>
      <w:r>
        <w:rPr>
          <w:i/>
          <w:color w:val="888888"/>
          <w:sz w:val="17"/>
        </w:rPr>
        <w:t xml:space="preserve"> </w:t>
      </w:r>
      <w:proofErr w:type="spellStart"/>
      <w:r>
        <w:rPr>
          <w:i/>
          <w:color w:val="888888"/>
          <w:sz w:val="17"/>
        </w:rPr>
        <w:t>hanya</w:t>
      </w:r>
      <w:proofErr w:type="spellEnd"/>
      <w:r>
        <w:rPr>
          <w:i/>
          <w:color w:val="888888"/>
          <w:sz w:val="17"/>
        </w:rPr>
        <w:t xml:space="preserve"> </w:t>
      </w:r>
      <w:proofErr w:type="spellStart"/>
      <w:r>
        <w:rPr>
          <w:i/>
          <w:color w:val="888888"/>
          <w:sz w:val="17"/>
        </w:rPr>
        <w:t>ditujukan</w:t>
      </w:r>
      <w:proofErr w:type="spellEnd"/>
      <w:r>
        <w:rPr>
          <w:i/>
          <w:color w:val="888888"/>
          <w:sz w:val="17"/>
        </w:rPr>
        <w:t xml:space="preserve"> </w:t>
      </w:r>
      <w:proofErr w:type="spellStart"/>
      <w:r>
        <w:rPr>
          <w:i/>
          <w:color w:val="888888"/>
          <w:sz w:val="17"/>
        </w:rPr>
        <w:t>kepada</w:t>
      </w:r>
      <w:proofErr w:type="spellEnd"/>
      <w:r>
        <w:rPr>
          <w:i/>
          <w:color w:val="888888"/>
          <w:sz w:val="17"/>
        </w:rPr>
        <w:t xml:space="preserve"> </w:t>
      </w:r>
      <w:proofErr w:type="spellStart"/>
      <w:r>
        <w:rPr>
          <w:i/>
          <w:color w:val="888888"/>
          <w:sz w:val="17"/>
        </w:rPr>
        <w:t>karyawan</w:t>
      </w:r>
      <w:proofErr w:type="spellEnd"/>
      <w:r>
        <w:rPr>
          <w:i/>
          <w:color w:val="888888"/>
          <w:sz w:val="17"/>
        </w:rPr>
        <w:t xml:space="preserve"> yang </w:t>
      </w:r>
      <w:proofErr w:type="spellStart"/>
      <w:r>
        <w:rPr>
          <w:i/>
          <w:color w:val="888888"/>
          <w:sz w:val="17"/>
        </w:rPr>
        <w:t>bersangkutan</w:t>
      </w:r>
      <w:proofErr w:type="spellEnd"/>
      <w:r>
        <w:rPr>
          <w:i/>
          <w:color w:val="888888"/>
          <w:sz w:val="17"/>
        </w:rPr>
        <w:t>.</w:t>
      </w:r>
    </w:p>
    <w:sectPr w:rsidR="0033159C" w:rsidSect="007A5710">
      <w:headerReference w:type="default" r:id="rId9"/>
      <w:pgSz w:w="11906" w:h="16838" w:code="9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1AFC9" w14:textId="77777777" w:rsidR="00C36582" w:rsidRDefault="00C36582" w:rsidP="004F0BD2">
      <w:pPr>
        <w:spacing w:after="0" w:line="240" w:lineRule="auto"/>
      </w:pPr>
      <w:r>
        <w:separator/>
      </w:r>
    </w:p>
  </w:endnote>
  <w:endnote w:type="continuationSeparator" w:id="0">
    <w:p w14:paraId="7F929A70" w14:textId="77777777" w:rsidR="00C36582" w:rsidRDefault="00C36582" w:rsidP="004F0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DCBB3" w14:textId="77777777" w:rsidR="00C36582" w:rsidRDefault="00C36582" w:rsidP="004F0BD2">
      <w:pPr>
        <w:spacing w:after="0" w:line="240" w:lineRule="auto"/>
      </w:pPr>
      <w:r>
        <w:separator/>
      </w:r>
    </w:p>
  </w:footnote>
  <w:footnote w:type="continuationSeparator" w:id="0">
    <w:p w14:paraId="4ACAB0FB" w14:textId="77777777" w:rsidR="00C36582" w:rsidRDefault="00C36582" w:rsidP="004F0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EA0D7" w14:textId="77777777" w:rsidR="004F0BD2" w:rsidRDefault="004F0BD2" w:rsidP="004F0BD2">
    <w:pPr>
      <w:spacing w:after="0" w:line="240" w:lineRule="auto"/>
      <w:jc w:val="center"/>
      <w:rPr>
        <w:color w:val="666666"/>
        <w:sz w:val="18"/>
      </w:rPr>
    </w:pPr>
    <w:r>
      <w:rPr>
        <w:b/>
        <w:color w:val="1B365D"/>
        <w:sz w:val="28"/>
      </w:rPr>
      <w:t>[Nama Perusahaan]</w:t>
    </w:r>
    <w:r>
      <w:rPr>
        <w:b/>
        <w:color w:val="1B365D"/>
        <w:sz w:val="28"/>
      </w:rPr>
      <w:br/>
    </w:r>
  </w:p>
  <w:p w14:paraId="1B3D1CF8" w14:textId="77777777" w:rsidR="004F0BD2" w:rsidRDefault="004F0BD2" w:rsidP="004F0BD2">
    <w:pPr>
      <w:spacing w:after="0" w:line="240" w:lineRule="auto"/>
      <w:jc w:val="center"/>
      <w:rPr>
        <w:color w:val="666666"/>
        <w:sz w:val="18"/>
      </w:rPr>
    </w:pPr>
    <w:r>
      <w:rPr>
        <w:color w:val="666666"/>
        <w:sz w:val="18"/>
      </w:rPr>
      <w:t>[Alamat]</w:t>
    </w:r>
  </w:p>
  <w:p w14:paraId="128D06CD" w14:textId="77777777" w:rsidR="004F0BD2" w:rsidRPr="00EA39D6" w:rsidRDefault="004F0BD2" w:rsidP="004F0BD2">
    <w:pPr>
      <w:spacing w:after="0" w:line="240" w:lineRule="auto"/>
      <w:jc w:val="center"/>
      <w:rPr>
        <w:color w:val="666666"/>
        <w:sz w:val="18"/>
      </w:rPr>
    </w:pPr>
    <w:r>
      <w:rPr>
        <w:color w:val="666666"/>
        <w:sz w:val="18"/>
      </w:rPr>
      <w:t>Telp: [</w:t>
    </w:r>
    <w:proofErr w:type="spellStart"/>
    <w:r>
      <w:rPr>
        <w:color w:val="666666"/>
        <w:sz w:val="18"/>
      </w:rPr>
      <w:t>Telpon</w:t>
    </w:r>
    <w:proofErr w:type="spellEnd"/>
    <w:r>
      <w:rPr>
        <w:color w:val="666666"/>
        <w:sz w:val="18"/>
      </w:rPr>
      <w:t>] | Email: [Email]</w:t>
    </w:r>
  </w:p>
  <w:p w14:paraId="0B399919" w14:textId="474A9C7F" w:rsidR="004F0BD2" w:rsidRPr="004F0BD2" w:rsidRDefault="004F0BD2" w:rsidP="004F0BD2">
    <w:pPr>
      <w:pStyle w:val="Header"/>
      <w:jc w:val="center"/>
    </w:pPr>
    <w:r>
      <w:rPr>
        <w:color w:val="1B365D"/>
      </w:rPr>
      <w:t>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3026516">
    <w:abstractNumId w:val="8"/>
  </w:num>
  <w:num w:numId="2" w16cid:durableId="709232532">
    <w:abstractNumId w:val="6"/>
  </w:num>
  <w:num w:numId="3" w16cid:durableId="433944495">
    <w:abstractNumId w:val="5"/>
  </w:num>
  <w:num w:numId="4" w16cid:durableId="935022303">
    <w:abstractNumId w:val="4"/>
  </w:num>
  <w:num w:numId="5" w16cid:durableId="1743530279">
    <w:abstractNumId w:val="7"/>
  </w:num>
  <w:num w:numId="6" w16cid:durableId="1793283665">
    <w:abstractNumId w:val="3"/>
  </w:num>
  <w:num w:numId="7" w16cid:durableId="1121992228">
    <w:abstractNumId w:val="2"/>
  </w:num>
  <w:num w:numId="8" w16cid:durableId="507260002">
    <w:abstractNumId w:val="1"/>
  </w:num>
  <w:num w:numId="9" w16cid:durableId="151252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509"/>
    <w:rsid w:val="00034616"/>
    <w:rsid w:val="0006063C"/>
    <w:rsid w:val="000C1B25"/>
    <w:rsid w:val="0015074B"/>
    <w:rsid w:val="001B7652"/>
    <w:rsid w:val="00234DE0"/>
    <w:rsid w:val="0029639D"/>
    <w:rsid w:val="002C5DF6"/>
    <w:rsid w:val="00326F90"/>
    <w:rsid w:val="0033159C"/>
    <w:rsid w:val="004310F9"/>
    <w:rsid w:val="004D71AA"/>
    <w:rsid w:val="004F0BD2"/>
    <w:rsid w:val="00605678"/>
    <w:rsid w:val="006929AB"/>
    <w:rsid w:val="00785CD0"/>
    <w:rsid w:val="007A522D"/>
    <w:rsid w:val="007A5710"/>
    <w:rsid w:val="00964FBF"/>
    <w:rsid w:val="009F48F1"/>
    <w:rsid w:val="00AA1D8D"/>
    <w:rsid w:val="00B30149"/>
    <w:rsid w:val="00B47730"/>
    <w:rsid w:val="00B90FB3"/>
    <w:rsid w:val="00C26F21"/>
    <w:rsid w:val="00C36582"/>
    <w:rsid w:val="00C77212"/>
    <w:rsid w:val="00CB0664"/>
    <w:rsid w:val="00D71E57"/>
    <w:rsid w:val="00EA39D6"/>
    <w:rsid w:val="00EE15CC"/>
    <w:rsid w:val="00F048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3521C"/>
  <w14:defaultImageDpi w14:val="300"/>
  <w15:docId w15:val="{BE783072-539E-4C06-AE9B-AB6282A8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tomi anggriawan</cp:lastModifiedBy>
  <cp:revision>11</cp:revision>
  <dcterms:created xsi:type="dcterms:W3CDTF">2013-12-23T23:15:00Z</dcterms:created>
  <dcterms:modified xsi:type="dcterms:W3CDTF">2026-06-18T16:07:00Z</dcterms:modified>
  <cp:category/>
</cp:coreProperties>
</file>